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0723E" w14:textId="77777777" w:rsidR="00F04F31" w:rsidRDefault="00F04F31" w:rsidP="00F04F31">
      <w:pPr>
        <w:pStyle w:val="Heading3"/>
      </w:pPr>
      <w:bookmarkStart w:id="0" w:name="corporate-sales-executive"/>
      <w:r>
        <w:t>CORPORATE SALES EXECUTIVE</w:t>
      </w:r>
    </w:p>
    <w:p w14:paraId="5F9B9E2C" w14:textId="77777777" w:rsidR="00F04F31" w:rsidRDefault="00F04F31" w:rsidP="00F04F31">
      <w:pPr>
        <w:pStyle w:val="FirstParagraph"/>
      </w:pPr>
      <w:r>
        <w:rPr>
          <w:b/>
          <w:bCs/>
        </w:rPr>
        <w:t>Job Purpose</w:t>
      </w:r>
      <w:r>
        <w:br/>
        <w:t>To drive corporate sales growth by identifying and acquiring new business opportunities, developing strategic corporate relationships, and achieving assigned sales and revenue targets.</w:t>
      </w:r>
    </w:p>
    <w:p w14:paraId="700FDC2B" w14:textId="77777777" w:rsidR="00F04F31" w:rsidRDefault="00F04F31" w:rsidP="00F04F31">
      <w:pPr>
        <w:pStyle w:val="Heading3"/>
      </w:pPr>
      <w:bookmarkStart w:id="1" w:name="key-responsibilities"/>
      <w:bookmarkEnd w:id="0"/>
      <w:r>
        <w:t>Key Responsibilities</w:t>
      </w:r>
    </w:p>
    <w:p w14:paraId="2B7E43D3" w14:textId="77777777" w:rsidR="00F04F31" w:rsidRDefault="00F04F31" w:rsidP="00F04F31">
      <w:pPr>
        <w:pStyle w:val="Compact"/>
        <w:numPr>
          <w:ilvl w:val="0"/>
          <w:numId w:val="12"/>
        </w:numPr>
      </w:pPr>
      <w:r>
        <w:t>Identify and acquire new corporate clients and business opportunities.</w:t>
      </w:r>
    </w:p>
    <w:p w14:paraId="25FCC634" w14:textId="77777777" w:rsidR="00F04F31" w:rsidRDefault="00F04F31" w:rsidP="00F04F31">
      <w:pPr>
        <w:pStyle w:val="Compact"/>
        <w:numPr>
          <w:ilvl w:val="0"/>
          <w:numId w:val="12"/>
        </w:numPr>
      </w:pPr>
      <w:r>
        <w:t>Develop and maintain strong relationships with corporate customers and key decision-makers.</w:t>
      </w:r>
    </w:p>
    <w:p w14:paraId="6D4C767B" w14:textId="77777777" w:rsidR="00F04F31" w:rsidRDefault="00F04F31" w:rsidP="00F04F31">
      <w:pPr>
        <w:pStyle w:val="Compact"/>
        <w:numPr>
          <w:ilvl w:val="0"/>
          <w:numId w:val="12"/>
        </w:numPr>
      </w:pPr>
      <w:r>
        <w:t>Prepare and deliver sales proposals, quotations, and presentations.</w:t>
      </w:r>
    </w:p>
    <w:p w14:paraId="296A325D" w14:textId="77777777" w:rsidR="00F04F31" w:rsidRDefault="00F04F31" w:rsidP="00F04F31">
      <w:pPr>
        <w:pStyle w:val="Compact"/>
        <w:numPr>
          <w:ilvl w:val="0"/>
          <w:numId w:val="12"/>
        </w:numPr>
      </w:pPr>
      <w:r>
        <w:t>Generate and manage a healthy sales pipeline.</w:t>
      </w:r>
    </w:p>
    <w:p w14:paraId="6A1ADFFE" w14:textId="77777777" w:rsidR="00F04F31" w:rsidRDefault="00F04F31" w:rsidP="00F04F31">
      <w:pPr>
        <w:pStyle w:val="Compact"/>
        <w:numPr>
          <w:ilvl w:val="0"/>
          <w:numId w:val="12"/>
        </w:numPr>
      </w:pPr>
      <w:r>
        <w:t>Conduct market research to identify new business opportunities and emerging market trends.</w:t>
      </w:r>
    </w:p>
    <w:p w14:paraId="240FF4AF" w14:textId="77777777" w:rsidR="00F04F31" w:rsidRDefault="00F04F31" w:rsidP="00F04F31">
      <w:pPr>
        <w:pStyle w:val="Compact"/>
        <w:numPr>
          <w:ilvl w:val="0"/>
          <w:numId w:val="12"/>
        </w:numPr>
      </w:pPr>
      <w:r>
        <w:t>Achieve monthly, quarterly, and annual sales targets.</w:t>
      </w:r>
    </w:p>
    <w:p w14:paraId="132A9626" w14:textId="77777777" w:rsidR="00F04F31" w:rsidRDefault="00F04F31" w:rsidP="00F04F31">
      <w:pPr>
        <w:pStyle w:val="Compact"/>
        <w:numPr>
          <w:ilvl w:val="0"/>
          <w:numId w:val="12"/>
        </w:numPr>
      </w:pPr>
      <w:r>
        <w:t>Follow up on leads, quotations, negotiations, and customer conversions.</w:t>
      </w:r>
    </w:p>
    <w:p w14:paraId="63CEE899" w14:textId="77777777" w:rsidR="00F04F31" w:rsidRDefault="00F04F31" w:rsidP="00F04F31">
      <w:pPr>
        <w:pStyle w:val="Compact"/>
        <w:numPr>
          <w:ilvl w:val="0"/>
          <w:numId w:val="12"/>
        </w:numPr>
      </w:pPr>
      <w:r>
        <w:t>Maintain accurate customer and sales records in the ERP/CRM system.</w:t>
      </w:r>
    </w:p>
    <w:p w14:paraId="13BE29A6" w14:textId="77777777" w:rsidR="00F04F31" w:rsidRDefault="00F04F31" w:rsidP="00F04F31">
      <w:pPr>
        <w:pStyle w:val="Compact"/>
        <w:numPr>
          <w:ilvl w:val="0"/>
          <w:numId w:val="12"/>
        </w:numPr>
      </w:pPr>
      <w:r>
        <w:t>Prepare regular sales activity and performance reports.</w:t>
      </w:r>
    </w:p>
    <w:p w14:paraId="015086A5" w14:textId="77777777" w:rsidR="00F04F31" w:rsidRDefault="00F04F31" w:rsidP="00F04F31">
      <w:pPr>
        <w:pStyle w:val="Compact"/>
        <w:numPr>
          <w:ilvl w:val="0"/>
          <w:numId w:val="12"/>
        </w:numPr>
      </w:pPr>
      <w:r>
        <w:t>Work closely with Finance, Operations, Credit, Marketing, and Customer Experience teams to ensure excellent customer service.</w:t>
      </w:r>
    </w:p>
    <w:p w14:paraId="094A2A68" w14:textId="77777777" w:rsidR="00F04F31" w:rsidRDefault="00F04F31" w:rsidP="00F04F31">
      <w:pPr>
        <w:pStyle w:val="Compact"/>
        <w:numPr>
          <w:ilvl w:val="0"/>
          <w:numId w:val="12"/>
        </w:numPr>
      </w:pPr>
      <w:r>
        <w:t>Represent the company professionally in corporate engagements, exhibitions, meetings, and other business development activities.</w:t>
      </w:r>
    </w:p>
    <w:p w14:paraId="7D498FAD" w14:textId="77777777" w:rsidR="00F04F31" w:rsidRDefault="00F04F31" w:rsidP="00F04F31">
      <w:pPr>
        <w:pStyle w:val="Heading3"/>
      </w:pPr>
      <w:bookmarkStart w:id="2" w:name="minimum-requirements"/>
      <w:bookmarkEnd w:id="1"/>
      <w:r>
        <w:t>Minimum Requirements</w:t>
      </w:r>
    </w:p>
    <w:p w14:paraId="0A19D886" w14:textId="77777777" w:rsidR="00F04F31" w:rsidRPr="00B66B56" w:rsidRDefault="00F04F31" w:rsidP="00F04F31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G" w:eastAsia="en-UG"/>
        </w:rPr>
      </w:pPr>
      <w:r w:rsidRPr="00B66B56">
        <w:rPr>
          <w:rFonts w:ascii="Times New Roman" w:eastAsia="Times New Roman" w:hAnsi="Times New Roman" w:cs="Times New Roman"/>
          <w:b/>
          <w:bCs/>
          <w:lang w:val="en-UG" w:eastAsia="en-UG"/>
        </w:rPr>
        <w:t>Experience:</w:t>
      </w:r>
    </w:p>
    <w:p w14:paraId="1C944182" w14:textId="77777777" w:rsidR="00F04F31" w:rsidRPr="00B66B56" w:rsidRDefault="00F04F31" w:rsidP="00A0099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lang w:val="en-UG" w:eastAsia="en-UG"/>
        </w:rPr>
      </w:pPr>
      <w:r w:rsidRPr="00B66B56">
        <w:rPr>
          <w:rFonts w:ascii="Times New Roman" w:eastAsia="Times New Roman" w:hAnsi="Times New Roman" w:cs="Times New Roman"/>
          <w:lang w:val="en-UG" w:eastAsia="en-UG"/>
        </w:rPr>
        <w:t xml:space="preserve">Minimum </w:t>
      </w:r>
      <w:r w:rsidRPr="00B66B56">
        <w:rPr>
          <w:rFonts w:ascii="Times New Roman" w:eastAsia="Times New Roman" w:hAnsi="Times New Roman" w:cs="Times New Roman"/>
          <w:b/>
          <w:bCs/>
          <w:lang w:val="en-UG" w:eastAsia="en-UG"/>
        </w:rPr>
        <w:t>2–4 years’ proven experience in sales, business development, or corporate sales.</w:t>
      </w:r>
      <w:r w:rsidRPr="00B66B56">
        <w:rPr>
          <w:rFonts w:ascii="Times New Roman" w:eastAsia="Times New Roman" w:hAnsi="Times New Roman" w:cs="Times New Roman"/>
          <w:lang w:val="en-UG" w:eastAsia="en-UG"/>
        </w:rPr>
        <w:t xml:space="preserve"> </w:t>
      </w:r>
    </w:p>
    <w:p w14:paraId="7EA1CDDF" w14:textId="77777777" w:rsidR="00F04F31" w:rsidRPr="00B66B56" w:rsidRDefault="00F04F31" w:rsidP="00A0099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lang w:val="en-UG" w:eastAsia="en-UG"/>
        </w:rPr>
      </w:pPr>
      <w:r w:rsidRPr="00B66B56">
        <w:rPr>
          <w:rFonts w:ascii="Times New Roman" w:eastAsia="Times New Roman" w:hAnsi="Times New Roman" w:cs="Times New Roman"/>
          <w:b/>
          <w:bCs/>
          <w:lang w:val="en-UG" w:eastAsia="en-UG"/>
        </w:rPr>
        <w:t>Experience in the motorcycle or automotive industry is an added advantage.</w:t>
      </w:r>
      <w:r w:rsidRPr="00B66B56">
        <w:rPr>
          <w:rFonts w:ascii="Times New Roman" w:eastAsia="Times New Roman" w:hAnsi="Times New Roman" w:cs="Times New Roman"/>
          <w:lang w:val="en-UG" w:eastAsia="en-UG"/>
        </w:rPr>
        <w:t xml:space="preserve"> </w:t>
      </w:r>
    </w:p>
    <w:p w14:paraId="2063E650" w14:textId="77777777" w:rsidR="00F04F31" w:rsidRPr="00B66B56" w:rsidRDefault="00F04F31" w:rsidP="00A0099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lang w:val="en-UG" w:eastAsia="en-UG"/>
        </w:rPr>
      </w:pPr>
      <w:r w:rsidRPr="00B66B56">
        <w:rPr>
          <w:rFonts w:ascii="Times New Roman" w:eastAsia="Times New Roman" w:hAnsi="Times New Roman" w:cs="Times New Roman"/>
          <w:lang w:val="en-UG" w:eastAsia="en-UG"/>
        </w:rPr>
        <w:t>Proven track record of achieving sales targets and developing new business opportunities.</w:t>
      </w:r>
    </w:p>
    <w:p w14:paraId="3387601B" w14:textId="77777777" w:rsidR="00F04F31" w:rsidRDefault="00F04F31" w:rsidP="00A00992">
      <w:pPr>
        <w:pStyle w:val="Compact"/>
        <w:ind w:left="360"/>
      </w:pPr>
      <w:r>
        <w:t>Strong corporate client acquisition and relationship management skills.</w:t>
      </w:r>
    </w:p>
    <w:p w14:paraId="6B7ECBDD" w14:textId="77777777" w:rsidR="00F04F31" w:rsidRDefault="00F04F31" w:rsidP="00A00992">
      <w:pPr>
        <w:pStyle w:val="Compact"/>
        <w:ind w:left="360"/>
      </w:pPr>
      <w:r>
        <w:t>Excellent negotiation, presentation, communication, and interpersonal skills.</w:t>
      </w:r>
    </w:p>
    <w:p w14:paraId="7A5FD83D" w14:textId="77777777" w:rsidR="00F04F31" w:rsidRDefault="00F04F31" w:rsidP="00A00992">
      <w:pPr>
        <w:pStyle w:val="Compact"/>
        <w:ind w:left="360"/>
      </w:pPr>
      <w:r>
        <w:t>Good understanding of the Ugandan business and corporate market.</w:t>
      </w:r>
    </w:p>
    <w:p w14:paraId="49F79F36" w14:textId="77777777" w:rsidR="00F04F31" w:rsidRDefault="00F04F31" w:rsidP="00A00992">
      <w:pPr>
        <w:pStyle w:val="Compact"/>
        <w:ind w:left="360"/>
      </w:pPr>
      <w:r>
        <w:t>Proficiency in Microsoft Office and ability to work with CRM/ERP systems.</w:t>
      </w:r>
    </w:p>
    <w:p w14:paraId="3BA3A89E" w14:textId="77777777" w:rsidR="00F04F31" w:rsidRDefault="00F04F31" w:rsidP="00A00992">
      <w:pPr>
        <w:pStyle w:val="Compact"/>
        <w:ind w:left="360"/>
      </w:pPr>
      <w:r>
        <w:t xml:space="preserve">Valid driving </w:t>
      </w:r>
      <w:proofErr w:type="spellStart"/>
      <w:r>
        <w:t>licence</w:t>
      </w:r>
      <w:proofErr w:type="spellEnd"/>
      <w:r>
        <w:t xml:space="preserve"> is an added advantage.</w:t>
      </w:r>
    </w:p>
    <w:p w14:paraId="1088929D" w14:textId="77777777" w:rsidR="00F04F31" w:rsidRDefault="00F04F31" w:rsidP="00F04F31">
      <w:pPr>
        <w:pStyle w:val="Heading3"/>
      </w:pPr>
      <w:bookmarkStart w:id="3" w:name="key-competencies"/>
      <w:bookmarkEnd w:id="2"/>
      <w:r>
        <w:t>Key Competencies</w:t>
      </w:r>
    </w:p>
    <w:p w14:paraId="626D4303" w14:textId="77777777" w:rsidR="00F04F31" w:rsidRDefault="00F04F31" w:rsidP="00F04F31">
      <w:pPr>
        <w:pStyle w:val="Compact"/>
        <w:numPr>
          <w:ilvl w:val="0"/>
          <w:numId w:val="12"/>
        </w:numPr>
      </w:pPr>
      <w:r>
        <w:t>Business development and prospecting</w:t>
      </w:r>
    </w:p>
    <w:p w14:paraId="14B0A9DA" w14:textId="77777777" w:rsidR="00F04F31" w:rsidRDefault="00F04F31" w:rsidP="00F04F31">
      <w:pPr>
        <w:pStyle w:val="Compact"/>
        <w:numPr>
          <w:ilvl w:val="0"/>
          <w:numId w:val="12"/>
        </w:numPr>
      </w:pPr>
      <w:r>
        <w:lastRenderedPageBreak/>
        <w:t>Corporate relationship management</w:t>
      </w:r>
    </w:p>
    <w:p w14:paraId="5870C8EA" w14:textId="77777777" w:rsidR="00F04F31" w:rsidRDefault="00F04F31" w:rsidP="00F04F31">
      <w:pPr>
        <w:pStyle w:val="Compact"/>
        <w:numPr>
          <w:ilvl w:val="0"/>
          <w:numId w:val="12"/>
        </w:numPr>
      </w:pPr>
      <w:r>
        <w:t>Negotiation and closing skills</w:t>
      </w:r>
    </w:p>
    <w:p w14:paraId="79D8A61A" w14:textId="77777777" w:rsidR="00F04F31" w:rsidRDefault="00F04F31" w:rsidP="00F04F31">
      <w:pPr>
        <w:pStyle w:val="Compact"/>
        <w:numPr>
          <w:ilvl w:val="0"/>
          <w:numId w:val="12"/>
        </w:numPr>
      </w:pPr>
      <w:r>
        <w:t>Target-driven and results-oriented</w:t>
      </w:r>
    </w:p>
    <w:p w14:paraId="07691F45" w14:textId="77777777" w:rsidR="00F04F31" w:rsidRDefault="00F04F31" w:rsidP="00F04F31">
      <w:pPr>
        <w:pStyle w:val="Compact"/>
        <w:numPr>
          <w:ilvl w:val="0"/>
          <w:numId w:val="12"/>
        </w:numPr>
      </w:pPr>
      <w:r>
        <w:t>Strong communication and presentation</w:t>
      </w:r>
    </w:p>
    <w:p w14:paraId="66E15C3A" w14:textId="77777777" w:rsidR="00F04F31" w:rsidRDefault="00F04F31" w:rsidP="00F04F31">
      <w:pPr>
        <w:pStyle w:val="Compact"/>
        <w:numPr>
          <w:ilvl w:val="0"/>
          <w:numId w:val="12"/>
        </w:numPr>
      </w:pPr>
      <w:r>
        <w:t>Customer-focused mindset</w:t>
      </w:r>
    </w:p>
    <w:p w14:paraId="6E9C05D1" w14:textId="77777777" w:rsidR="00F04F31" w:rsidRDefault="00F04F31" w:rsidP="00F04F31">
      <w:pPr>
        <w:pStyle w:val="Compact"/>
        <w:numPr>
          <w:ilvl w:val="0"/>
          <w:numId w:val="12"/>
        </w:numPr>
      </w:pPr>
      <w:r>
        <w:t>Commercial awareness</w:t>
      </w:r>
    </w:p>
    <w:p w14:paraId="72982094" w14:textId="77777777" w:rsidR="00F04F31" w:rsidRDefault="00F04F31" w:rsidP="00F04F31">
      <w:pPr>
        <w:pStyle w:val="Compact"/>
        <w:numPr>
          <w:ilvl w:val="0"/>
          <w:numId w:val="12"/>
        </w:numPr>
      </w:pPr>
      <w:r>
        <w:t>Pipeline and sales reporting</w:t>
      </w:r>
    </w:p>
    <w:p w14:paraId="5126BF22" w14:textId="77777777" w:rsidR="00F04F31" w:rsidRDefault="00F04F31" w:rsidP="00F04F31">
      <w:pPr>
        <w:pStyle w:val="Compact"/>
        <w:numPr>
          <w:ilvl w:val="0"/>
          <w:numId w:val="12"/>
        </w:numPr>
      </w:pPr>
      <w:r>
        <w:t>Integrity and professionalism</w:t>
      </w:r>
    </w:p>
    <w:p w14:paraId="567F4E72" w14:textId="77777777" w:rsidR="00F04F31" w:rsidRDefault="00F04F31" w:rsidP="00F04F31">
      <w:pPr>
        <w:pStyle w:val="FirstParagraph"/>
      </w:pPr>
      <w:r>
        <w:rPr>
          <w:b/>
          <w:bCs/>
        </w:rPr>
        <w:t>Location:</w:t>
      </w:r>
      <w:r>
        <w:t xml:space="preserve"> Kampala, Uganda</w:t>
      </w:r>
      <w:r>
        <w:br/>
      </w:r>
      <w:r>
        <w:rPr>
          <w:b/>
          <w:bCs/>
        </w:rPr>
        <w:t>Employment Type:</w:t>
      </w:r>
      <w:r>
        <w:t xml:space="preserve"> Full-time</w:t>
      </w:r>
    </w:p>
    <w:p w14:paraId="6CF1561C" w14:textId="525F5471" w:rsidR="00F04F31" w:rsidRDefault="00F04F31" w:rsidP="00F04F31">
      <w:pPr>
        <w:pStyle w:val="BodyText"/>
      </w:pPr>
      <w:r>
        <w:rPr>
          <w:b/>
          <w:bCs/>
        </w:rPr>
        <w:t>Interested candidates should submit their CV and application</w:t>
      </w:r>
      <w:r w:rsidR="00C33337">
        <w:rPr>
          <w:b/>
          <w:bCs/>
        </w:rPr>
        <w:t xml:space="preserve"> to </w:t>
      </w:r>
      <w:hyperlink r:id="rId8" w:history="1">
        <w:r w:rsidR="00C33337" w:rsidRPr="00BA2043">
          <w:rPr>
            <w:rStyle w:val="Hyperlink"/>
            <w:b/>
            <w:bCs/>
          </w:rPr>
          <w:t>Joshua.o@markhautomobile.com</w:t>
        </w:r>
      </w:hyperlink>
      <w:r w:rsidR="00C33337">
        <w:rPr>
          <w:b/>
          <w:bCs/>
        </w:rPr>
        <w:t xml:space="preserve"> / </w:t>
      </w:r>
      <w:hyperlink r:id="rId9" w:history="1">
        <w:r w:rsidR="00C33337" w:rsidRPr="00BA2043">
          <w:rPr>
            <w:rStyle w:val="Hyperlink"/>
            <w:b/>
            <w:bCs/>
          </w:rPr>
          <w:t>hr@markhinvestment.com</w:t>
        </w:r>
      </w:hyperlink>
      <w:r w:rsidR="00C33337">
        <w:rPr>
          <w:b/>
          <w:bCs/>
        </w:rPr>
        <w:t xml:space="preserve"> </w:t>
      </w:r>
      <w:r>
        <w:rPr>
          <w:b/>
          <w:bCs/>
        </w:rPr>
        <w:t xml:space="preserve"> by </w:t>
      </w:r>
      <w:r w:rsidR="00C33337">
        <w:rPr>
          <w:b/>
          <w:bCs/>
        </w:rPr>
        <w:t xml:space="preserve">not later than </w:t>
      </w:r>
      <w:r>
        <w:rPr>
          <w:b/>
          <w:bCs/>
        </w:rPr>
        <w:t xml:space="preserve">August </w:t>
      </w:r>
      <w:r w:rsidR="00465E6F">
        <w:rPr>
          <w:b/>
          <w:bCs/>
        </w:rPr>
        <w:t>20</w:t>
      </w:r>
      <w:r>
        <w:rPr>
          <w:b/>
          <w:bCs/>
        </w:rPr>
        <w:t>, 2026</w:t>
      </w:r>
      <w:r w:rsidR="00C33337">
        <w:rPr>
          <w:b/>
          <w:bCs/>
        </w:rPr>
        <w:t>.</w:t>
      </w:r>
    </w:p>
    <w:bookmarkEnd w:id="3"/>
    <w:p w14:paraId="036E442D" w14:textId="77777777" w:rsidR="00C30020" w:rsidRDefault="00C30020" w:rsidP="00C30020">
      <w:pPr>
        <w:tabs>
          <w:tab w:val="left" w:pos="5100"/>
          <w:tab w:val="left" w:pos="6630"/>
        </w:tabs>
        <w:spacing w:after="0"/>
        <w:rPr>
          <w:b/>
          <w:bCs/>
        </w:rPr>
      </w:pPr>
    </w:p>
    <w:p w14:paraId="363EC060" w14:textId="08700692" w:rsidR="00EF4C82" w:rsidRDefault="00EF4C82"/>
    <w:sectPr w:rsidR="00EF4C82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73E5F" w14:textId="77777777" w:rsidR="00A61F41" w:rsidRDefault="00A61F41" w:rsidP="004005F8">
      <w:pPr>
        <w:spacing w:after="0" w:line="240" w:lineRule="auto"/>
      </w:pPr>
      <w:r>
        <w:separator/>
      </w:r>
    </w:p>
  </w:endnote>
  <w:endnote w:type="continuationSeparator" w:id="0">
    <w:p w14:paraId="52155154" w14:textId="77777777" w:rsidR="00A61F41" w:rsidRDefault="00A61F41" w:rsidP="0040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19CFA" w14:textId="77777777" w:rsidR="00A61F41" w:rsidRDefault="00A61F41" w:rsidP="004005F8">
      <w:pPr>
        <w:spacing w:after="0" w:line="240" w:lineRule="auto"/>
      </w:pPr>
      <w:r>
        <w:separator/>
      </w:r>
    </w:p>
  </w:footnote>
  <w:footnote w:type="continuationSeparator" w:id="0">
    <w:p w14:paraId="7783D563" w14:textId="77777777" w:rsidR="00A61F41" w:rsidRDefault="00A61F41" w:rsidP="00400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8927" w14:textId="45D0608E" w:rsidR="00F04F31" w:rsidRPr="00AE0008" w:rsidRDefault="004005F8" w:rsidP="00F04F31">
    <w:pPr>
      <w:tabs>
        <w:tab w:val="left" w:pos="6890"/>
      </w:tabs>
      <w:spacing w:after="0"/>
      <w:ind w:right="-15"/>
      <w:jc w:val="both"/>
      <w:rPr>
        <w:b/>
        <w:bCs/>
      </w:rPr>
    </w:pPr>
    <w:r>
      <w:rPr>
        <w:rFonts w:ascii="Times New Roman"/>
        <w:noProof/>
        <w:sz w:val="20"/>
      </w:rPr>
      <mc:AlternateContent>
        <mc:Choice Requires="wps">
          <w:drawing>
            <wp:anchor distT="0" distB="0" distL="0" distR="0" simplePos="0" relativeHeight="251678208" behindDoc="1" locked="0" layoutInCell="1" allowOverlap="1" wp14:anchorId="14937A76" wp14:editId="38E61983">
              <wp:simplePos x="0" y="0"/>
              <wp:positionH relativeFrom="page">
                <wp:posOffset>2895600</wp:posOffset>
              </wp:positionH>
              <wp:positionV relativeFrom="page">
                <wp:posOffset>463561</wp:posOffset>
              </wp:positionV>
              <wp:extent cx="35560" cy="34607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5560" cy="3460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560" h="346075">
                            <a:moveTo>
                              <a:pt x="35229" y="0"/>
                            </a:moveTo>
                            <a:lnTo>
                              <a:pt x="0" y="0"/>
                            </a:lnTo>
                            <a:lnTo>
                              <a:pt x="0" y="345528"/>
                            </a:lnTo>
                            <a:lnTo>
                              <a:pt x="35229" y="345528"/>
                            </a:lnTo>
                            <a:lnTo>
                              <a:pt x="35229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77E109" id="Graphic 1" o:spid="_x0000_s1026" style="position:absolute;margin-left:228pt;margin-top:36.5pt;width:2.8pt;height:27.2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60,346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" path="m35229,l,,,345528r35229,l35229,xe" fillcolor="#231f20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noProof/>
        <w:sz w:val="20"/>
      </w:rPr>
      <w:drawing>
        <wp:anchor distT="0" distB="0" distL="0" distR="0" simplePos="0" relativeHeight="251642368" behindDoc="0" locked="0" layoutInCell="1" allowOverlap="1" wp14:anchorId="1C6AA242" wp14:editId="0D9026C1">
          <wp:simplePos x="0" y="0"/>
          <wp:positionH relativeFrom="page">
            <wp:posOffset>4194212</wp:posOffset>
          </wp:positionH>
          <wp:positionV relativeFrom="page">
            <wp:posOffset>9795169</wp:posOffset>
          </wp:positionV>
          <wp:extent cx="2780262" cy="39528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0262" cy="3952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53632" behindDoc="0" locked="0" layoutInCell="1" allowOverlap="1" wp14:anchorId="34C83889" wp14:editId="002DBDF5">
          <wp:simplePos x="0" y="0"/>
          <wp:positionH relativeFrom="page">
            <wp:posOffset>5283374</wp:posOffset>
          </wp:positionH>
          <wp:positionV relativeFrom="page">
            <wp:posOffset>10266907</wp:posOffset>
          </wp:positionV>
          <wp:extent cx="251772" cy="8258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51772" cy="825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59776" behindDoc="0" locked="0" layoutInCell="1" allowOverlap="1" wp14:anchorId="75DD1FD7" wp14:editId="3F1B7205">
          <wp:simplePos x="0" y="0"/>
          <wp:positionH relativeFrom="page">
            <wp:posOffset>5597288</wp:posOffset>
          </wp:positionH>
          <wp:positionV relativeFrom="page">
            <wp:posOffset>10266907</wp:posOffset>
          </wp:positionV>
          <wp:extent cx="1393576" cy="82581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93576" cy="825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71040" behindDoc="0" locked="0" layoutInCell="1" allowOverlap="1" wp14:anchorId="1AF1F5DF" wp14:editId="4F722D80">
          <wp:simplePos x="0" y="0"/>
          <wp:positionH relativeFrom="page">
            <wp:posOffset>536063</wp:posOffset>
          </wp:positionH>
          <wp:positionV relativeFrom="page">
            <wp:posOffset>9947012</wp:posOffset>
          </wp:positionV>
          <wp:extent cx="1394935" cy="42862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9493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position w:val="1"/>
        <w:sz w:val="20"/>
      </w:rPr>
      <w:drawing>
        <wp:inline distT="0" distB="0" distL="0" distR="0" wp14:anchorId="6A4857E5" wp14:editId="7460E892">
          <wp:extent cx="1614255" cy="336042"/>
          <wp:effectExtent l="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614255" cy="336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position w:val="1"/>
        <w:sz w:val="20"/>
      </w:rPr>
      <w:t xml:space="preserve">         </w:t>
    </w:r>
    <w:r>
      <w:rPr>
        <w:rFonts w:ascii="Times New Roman"/>
        <w:noProof/>
        <w:sz w:val="20"/>
      </w:rPr>
      <mc:AlternateContent>
        <mc:Choice Requires="wpg">
          <w:drawing>
            <wp:inline distT="0" distB="0" distL="0" distR="0" wp14:anchorId="132F405F" wp14:editId="16C535AF">
              <wp:extent cx="1130300" cy="339090"/>
              <wp:effectExtent l="0" t="0" r="0" b="0"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30300" cy="339090"/>
                        <a:chOff x="0" y="0"/>
                        <a:chExt cx="1130300" cy="33909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-11" y="11"/>
                          <a:ext cx="1130300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0300" h="339090">
                              <a:moveTo>
                                <a:pt x="83146" y="173520"/>
                              </a:moveTo>
                              <a:lnTo>
                                <a:pt x="65176" y="166865"/>
                              </a:lnTo>
                              <a:lnTo>
                                <a:pt x="70383" y="169684"/>
                              </a:lnTo>
                              <a:lnTo>
                                <a:pt x="83146" y="173520"/>
                              </a:lnTo>
                              <a:close/>
                            </a:path>
                            <a:path w="1130300" h="339090">
                              <a:moveTo>
                                <a:pt x="125260" y="186131"/>
                              </a:moveTo>
                              <a:lnTo>
                                <a:pt x="83146" y="173520"/>
                              </a:lnTo>
                              <a:lnTo>
                                <a:pt x="99085" y="179412"/>
                              </a:lnTo>
                              <a:lnTo>
                                <a:pt x="125260" y="186131"/>
                              </a:lnTo>
                              <a:close/>
                            </a:path>
                            <a:path w="1130300" h="339090">
                              <a:moveTo>
                                <a:pt x="344462" y="79146"/>
                              </a:moveTo>
                              <a:lnTo>
                                <a:pt x="270383" y="79146"/>
                              </a:lnTo>
                              <a:lnTo>
                                <a:pt x="257289" y="200291"/>
                              </a:lnTo>
                              <a:lnTo>
                                <a:pt x="247484" y="118935"/>
                              </a:lnTo>
                              <a:lnTo>
                                <a:pt x="242455" y="79146"/>
                              </a:lnTo>
                              <a:lnTo>
                                <a:pt x="168783" y="79146"/>
                              </a:lnTo>
                              <a:lnTo>
                                <a:pt x="168783" y="338582"/>
                              </a:lnTo>
                              <a:lnTo>
                                <a:pt x="218541" y="338582"/>
                              </a:lnTo>
                              <a:lnTo>
                                <a:pt x="218617" y="167436"/>
                              </a:lnTo>
                              <a:lnTo>
                                <a:pt x="239509" y="338582"/>
                              </a:lnTo>
                              <a:lnTo>
                                <a:pt x="274815" y="338582"/>
                              </a:lnTo>
                              <a:lnTo>
                                <a:pt x="294627" y="163436"/>
                              </a:lnTo>
                              <a:lnTo>
                                <a:pt x="294690" y="338582"/>
                              </a:lnTo>
                              <a:lnTo>
                                <a:pt x="344462" y="338582"/>
                              </a:lnTo>
                              <a:lnTo>
                                <a:pt x="344462" y="79146"/>
                              </a:lnTo>
                              <a:close/>
                            </a:path>
                            <a:path w="1130300" h="339090">
                              <a:moveTo>
                                <a:pt x="498309" y="338582"/>
                              </a:moveTo>
                              <a:lnTo>
                                <a:pt x="492455" y="291947"/>
                              </a:lnTo>
                              <a:lnTo>
                                <a:pt x="486676" y="245960"/>
                              </a:lnTo>
                              <a:lnTo>
                                <a:pt x="473011" y="136994"/>
                              </a:lnTo>
                              <a:lnTo>
                                <a:pt x="465747" y="79146"/>
                              </a:lnTo>
                              <a:lnTo>
                                <a:pt x="435571" y="79146"/>
                              </a:lnTo>
                              <a:lnTo>
                                <a:pt x="435571" y="245960"/>
                              </a:lnTo>
                              <a:lnTo>
                                <a:pt x="415975" y="245960"/>
                              </a:lnTo>
                              <a:lnTo>
                                <a:pt x="417487" y="226237"/>
                              </a:lnTo>
                              <a:lnTo>
                                <a:pt x="419811" y="201498"/>
                              </a:lnTo>
                              <a:lnTo>
                                <a:pt x="422948" y="171754"/>
                              </a:lnTo>
                              <a:lnTo>
                                <a:pt x="426897" y="136994"/>
                              </a:lnTo>
                              <a:lnTo>
                                <a:pt x="429069" y="168135"/>
                              </a:lnTo>
                              <a:lnTo>
                                <a:pt x="431241" y="196672"/>
                              </a:lnTo>
                              <a:lnTo>
                                <a:pt x="433400" y="222618"/>
                              </a:lnTo>
                              <a:lnTo>
                                <a:pt x="435571" y="245960"/>
                              </a:lnTo>
                              <a:lnTo>
                                <a:pt x="435571" y="79146"/>
                              </a:lnTo>
                              <a:lnTo>
                                <a:pt x="383451" y="79146"/>
                              </a:lnTo>
                              <a:lnTo>
                                <a:pt x="354406" y="338582"/>
                              </a:lnTo>
                              <a:lnTo>
                                <a:pt x="413270" y="338582"/>
                              </a:lnTo>
                              <a:lnTo>
                                <a:pt x="416699" y="291947"/>
                              </a:lnTo>
                              <a:lnTo>
                                <a:pt x="437057" y="291947"/>
                              </a:lnTo>
                              <a:lnTo>
                                <a:pt x="440118" y="338582"/>
                              </a:lnTo>
                              <a:lnTo>
                                <a:pt x="498309" y="338582"/>
                              </a:lnTo>
                              <a:close/>
                            </a:path>
                            <a:path w="1130300" h="339090">
                              <a:moveTo>
                                <a:pt x="635101" y="149974"/>
                              </a:moveTo>
                              <a:lnTo>
                                <a:pt x="630047" y="110363"/>
                              </a:lnTo>
                              <a:lnTo>
                                <a:pt x="602843" y="82829"/>
                              </a:lnTo>
                              <a:lnTo>
                                <a:pt x="582218" y="80098"/>
                              </a:lnTo>
                              <a:lnTo>
                                <a:pt x="582218" y="135343"/>
                              </a:lnTo>
                              <a:lnTo>
                                <a:pt x="582218" y="169252"/>
                              </a:lnTo>
                              <a:lnTo>
                                <a:pt x="580936" y="176009"/>
                              </a:lnTo>
                              <a:lnTo>
                                <a:pt x="575792" y="180174"/>
                              </a:lnTo>
                              <a:lnTo>
                                <a:pt x="571309" y="181216"/>
                              </a:lnTo>
                              <a:lnTo>
                                <a:pt x="564908" y="181216"/>
                              </a:lnTo>
                              <a:lnTo>
                                <a:pt x="564908" y="123532"/>
                              </a:lnTo>
                              <a:lnTo>
                                <a:pt x="571487" y="123532"/>
                              </a:lnTo>
                              <a:lnTo>
                                <a:pt x="576021" y="124815"/>
                              </a:lnTo>
                              <a:lnTo>
                                <a:pt x="580974" y="129946"/>
                              </a:lnTo>
                              <a:lnTo>
                                <a:pt x="582218" y="135343"/>
                              </a:lnTo>
                              <a:lnTo>
                                <a:pt x="582218" y="80098"/>
                              </a:lnTo>
                              <a:lnTo>
                                <a:pt x="582066" y="80073"/>
                              </a:lnTo>
                              <a:lnTo>
                                <a:pt x="566801" y="79375"/>
                              </a:lnTo>
                              <a:lnTo>
                                <a:pt x="548271" y="79146"/>
                              </a:lnTo>
                              <a:lnTo>
                                <a:pt x="507974" y="79146"/>
                              </a:lnTo>
                              <a:lnTo>
                                <a:pt x="507974" y="338582"/>
                              </a:lnTo>
                              <a:lnTo>
                                <a:pt x="564908" y="338582"/>
                              </a:lnTo>
                              <a:lnTo>
                                <a:pt x="564908" y="221602"/>
                              </a:lnTo>
                              <a:lnTo>
                                <a:pt x="572744" y="221602"/>
                              </a:lnTo>
                              <a:lnTo>
                                <a:pt x="582218" y="252374"/>
                              </a:lnTo>
                              <a:lnTo>
                                <a:pt x="582218" y="338582"/>
                              </a:lnTo>
                              <a:lnTo>
                                <a:pt x="635101" y="338582"/>
                              </a:lnTo>
                              <a:lnTo>
                                <a:pt x="635012" y="255981"/>
                              </a:lnTo>
                              <a:lnTo>
                                <a:pt x="626440" y="216471"/>
                              </a:lnTo>
                              <a:lnTo>
                                <a:pt x="603719" y="203174"/>
                              </a:lnTo>
                              <a:lnTo>
                                <a:pt x="612292" y="201612"/>
                              </a:lnTo>
                              <a:lnTo>
                                <a:pt x="632193" y="181216"/>
                              </a:lnTo>
                              <a:lnTo>
                                <a:pt x="633514" y="175298"/>
                              </a:lnTo>
                              <a:lnTo>
                                <a:pt x="634707" y="163880"/>
                              </a:lnTo>
                              <a:lnTo>
                                <a:pt x="635101" y="149974"/>
                              </a:lnTo>
                              <a:close/>
                            </a:path>
                            <a:path w="1130300" h="339090">
                              <a:moveTo>
                                <a:pt x="795985" y="338582"/>
                              </a:moveTo>
                              <a:lnTo>
                                <a:pt x="760209" y="196291"/>
                              </a:lnTo>
                              <a:lnTo>
                                <a:pt x="792873" y="79146"/>
                              </a:lnTo>
                              <a:lnTo>
                                <a:pt x="739444" y="79146"/>
                              </a:lnTo>
                              <a:lnTo>
                                <a:pt x="714095" y="179946"/>
                              </a:lnTo>
                              <a:lnTo>
                                <a:pt x="714095" y="79146"/>
                              </a:lnTo>
                              <a:lnTo>
                                <a:pt x="657148" y="79146"/>
                              </a:lnTo>
                              <a:lnTo>
                                <a:pt x="657148" y="338582"/>
                              </a:lnTo>
                              <a:lnTo>
                                <a:pt x="714095" y="338582"/>
                              </a:lnTo>
                              <a:lnTo>
                                <a:pt x="714095" y="227368"/>
                              </a:lnTo>
                              <a:lnTo>
                                <a:pt x="737146" y="338582"/>
                              </a:lnTo>
                              <a:lnTo>
                                <a:pt x="795985" y="338582"/>
                              </a:lnTo>
                              <a:close/>
                            </a:path>
                            <a:path w="1130300" h="339090">
                              <a:moveTo>
                                <a:pt x="936701" y="79146"/>
                              </a:moveTo>
                              <a:lnTo>
                                <a:pt x="879754" y="79146"/>
                              </a:lnTo>
                              <a:lnTo>
                                <a:pt x="879754" y="171856"/>
                              </a:lnTo>
                              <a:lnTo>
                                <a:pt x="862723" y="171856"/>
                              </a:lnTo>
                              <a:lnTo>
                                <a:pt x="862723" y="79146"/>
                              </a:lnTo>
                              <a:lnTo>
                                <a:pt x="805776" y="79146"/>
                              </a:lnTo>
                              <a:lnTo>
                                <a:pt x="805776" y="171856"/>
                              </a:lnTo>
                              <a:lnTo>
                                <a:pt x="805776" y="229006"/>
                              </a:lnTo>
                              <a:lnTo>
                                <a:pt x="805776" y="338226"/>
                              </a:lnTo>
                              <a:lnTo>
                                <a:pt x="862723" y="338226"/>
                              </a:lnTo>
                              <a:lnTo>
                                <a:pt x="862723" y="229006"/>
                              </a:lnTo>
                              <a:lnTo>
                                <a:pt x="879754" y="229006"/>
                              </a:lnTo>
                              <a:lnTo>
                                <a:pt x="879754" y="338226"/>
                              </a:lnTo>
                              <a:lnTo>
                                <a:pt x="936701" y="338226"/>
                              </a:lnTo>
                              <a:lnTo>
                                <a:pt x="936701" y="229006"/>
                              </a:lnTo>
                              <a:lnTo>
                                <a:pt x="936701" y="171856"/>
                              </a:lnTo>
                              <a:lnTo>
                                <a:pt x="936701" y="79146"/>
                              </a:lnTo>
                              <a:close/>
                            </a:path>
                            <a:path w="1130300" h="339090">
                              <a:moveTo>
                                <a:pt x="1129842" y="66979"/>
                              </a:moveTo>
                              <a:lnTo>
                                <a:pt x="1087056" y="55435"/>
                              </a:lnTo>
                              <a:lnTo>
                                <a:pt x="1040472" y="44996"/>
                              </a:lnTo>
                              <a:lnTo>
                                <a:pt x="990574" y="35661"/>
                              </a:lnTo>
                              <a:lnTo>
                                <a:pt x="939546" y="27711"/>
                              </a:lnTo>
                              <a:lnTo>
                                <a:pt x="882662" y="20307"/>
                              </a:lnTo>
                              <a:lnTo>
                                <a:pt x="825576" y="14262"/>
                              </a:lnTo>
                              <a:lnTo>
                                <a:pt x="767029" y="9296"/>
                              </a:lnTo>
                              <a:lnTo>
                                <a:pt x="707491" y="5384"/>
                              </a:lnTo>
                              <a:lnTo>
                                <a:pt x="647433" y="2540"/>
                              </a:lnTo>
                              <a:lnTo>
                                <a:pt x="587311" y="749"/>
                              </a:lnTo>
                              <a:lnTo>
                                <a:pt x="527596" y="0"/>
                              </a:lnTo>
                              <a:lnTo>
                                <a:pt x="468744" y="266"/>
                              </a:lnTo>
                              <a:lnTo>
                                <a:pt x="411238" y="1574"/>
                              </a:lnTo>
                              <a:lnTo>
                                <a:pt x="355549" y="3898"/>
                              </a:lnTo>
                              <a:lnTo>
                                <a:pt x="302120" y="7213"/>
                              </a:lnTo>
                              <a:lnTo>
                                <a:pt x="251434" y="11544"/>
                              </a:lnTo>
                              <a:lnTo>
                                <a:pt x="203949" y="16852"/>
                              </a:lnTo>
                              <a:lnTo>
                                <a:pt x="160147" y="23139"/>
                              </a:lnTo>
                              <a:lnTo>
                                <a:pt x="120484" y="30403"/>
                              </a:lnTo>
                              <a:lnTo>
                                <a:pt x="55435" y="47815"/>
                              </a:lnTo>
                              <a:lnTo>
                                <a:pt x="12534" y="69011"/>
                              </a:lnTo>
                              <a:lnTo>
                                <a:pt x="0" y="126542"/>
                              </a:lnTo>
                              <a:lnTo>
                                <a:pt x="45097" y="159435"/>
                              </a:lnTo>
                              <a:lnTo>
                                <a:pt x="65176" y="166865"/>
                              </a:lnTo>
                              <a:lnTo>
                                <a:pt x="44297" y="155562"/>
                              </a:lnTo>
                              <a:lnTo>
                                <a:pt x="40017" y="135966"/>
                              </a:lnTo>
                              <a:lnTo>
                                <a:pt x="55448" y="96037"/>
                              </a:lnTo>
                              <a:lnTo>
                                <a:pt x="98425" y="74053"/>
                              </a:lnTo>
                              <a:lnTo>
                                <a:pt x="150418" y="59969"/>
                              </a:lnTo>
                              <a:lnTo>
                                <a:pt x="220954" y="47383"/>
                              </a:lnTo>
                              <a:lnTo>
                                <a:pt x="263156" y="41935"/>
                              </a:lnTo>
                              <a:lnTo>
                                <a:pt x="309930" y="37211"/>
                              </a:lnTo>
                              <a:lnTo>
                                <a:pt x="361302" y="33312"/>
                              </a:lnTo>
                              <a:lnTo>
                                <a:pt x="416179" y="30403"/>
                              </a:lnTo>
                              <a:lnTo>
                                <a:pt x="415455" y="30403"/>
                              </a:lnTo>
                              <a:lnTo>
                                <a:pt x="477723" y="28448"/>
                              </a:lnTo>
                              <a:lnTo>
                                <a:pt x="542759" y="27711"/>
                              </a:lnTo>
                              <a:lnTo>
                                <a:pt x="612317" y="28257"/>
                              </a:lnTo>
                              <a:lnTo>
                                <a:pt x="686384" y="30187"/>
                              </a:lnTo>
                              <a:lnTo>
                                <a:pt x="764946" y="33629"/>
                              </a:lnTo>
                              <a:lnTo>
                                <a:pt x="848004" y="38696"/>
                              </a:lnTo>
                              <a:lnTo>
                                <a:pt x="935520" y="45491"/>
                              </a:lnTo>
                              <a:lnTo>
                                <a:pt x="1027506" y="54127"/>
                              </a:lnTo>
                              <a:lnTo>
                                <a:pt x="1129842" y="669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5B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8B9824D" id="Group 7" o:spid="_x0000_s1026" style="width:89pt;height:26.7pt;mso-position-horizontal-relative:char;mso-position-vertical-relative:line" coordsize="11303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">
              <v:shape id="Graphic 8" o:spid="_x0000_s1027" style="position:absolute;width:11302;height:3391;visibility:visible;mso-wrap-style:square;v-text-anchor:top" coordsize="1130300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" path="m83146,173520l65176,166865r5207,2819l83146,173520xem125260,186131l83146,173520r15939,5892l125260,186131xem344462,79146r-74079,l257289,200291r-9805,-81356l242455,79146r-73672,l168783,338582r49758,l218617,167436r20892,171146l274815,338582,294627,163436r63,175146l344462,338582r,-259436xem498309,338582r-5854,-46635l486676,245960,473011,136994,465747,79146r-30176,l435571,245960r-19596,l417487,226237r2324,-24739l422948,171754r3949,-34760l429069,168135r2172,28537l433400,222618r2171,23342l435571,79146r-52120,l354406,338582r58864,l416699,291947r20358,l440118,338582r58191,xem635101,149974r-5054,-39611l602843,82829,582218,80098r,55245l582218,169252r-1282,6757l575792,180174r-4483,1042l564908,181216r,-57684l571487,123532r4534,1283l580974,129946r1244,5397l582218,80098r-152,-25l566801,79375r-18530,-229l507974,79146r,259436l564908,338582r,-116980l572744,221602r9474,30772l582218,338582r52883,l635012,255981r-8572,-39510l603719,203174r8573,-1562l632193,181216r1321,-5918l634707,163880r394,-13906xem795985,338582l760209,196291,792873,79146r-53429,l714095,179946r,-100800l657148,79146r,259436l714095,338582r,-111214l737146,338582r58839,xem936701,79146r-56947,l879754,171856r-17031,l862723,79146r-56947,l805776,171856r,57150l805776,338226r56947,l862723,229006r17031,l879754,338226r56947,l936701,229006r,-57150l936701,79146xem1129842,66979l1087056,55435,1040472,44996,990574,35661,939546,27711,882662,20307,825576,14262,767029,9296,707491,5384,647433,2540,587311,749,527596,,468744,266,411238,1574,355549,3898,302120,7213r-50686,4331l203949,16852r-43802,6287l120484,30403,55435,47815,12534,69011,,126542r45097,32893l65176,166865,44297,155562,40017,135966,55448,96037,98425,74053,150418,59969,220954,47383r42202,-5448l309930,37211r51372,-3899l416179,30403r-724,l477723,28448r65036,-737l612317,28257r74067,1930l764946,33629r83058,5067l935520,45491r91986,8636l1129842,66979xe" fillcolor="#015b39" stroked="f">
                <v:path arrowok="t"/>
              </v:shape>
              <w10:anchorlock/>
            </v:group>
          </w:pict>
        </mc:Fallback>
      </mc:AlternateContent>
    </w:r>
    <w:r>
      <w:rPr>
        <w:rFonts w:ascii="Times New Roman"/>
        <w:position w:val="1"/>
        <w:sz w:val="20"/>
      </w:rPr>
      <w:t xml:space="preserve">                           </w:t>
    </w:r>
  </w:p>
  <w:p w14:paraId="566CF805" w14:textId="3B648BAC" w:rsidR="004005F8" w:rsidRPr="00AE0008" w:rsidRDefault="004005F8" w:rsidP="004005F8">
    <w:pPr>
      <w:tabs>
        <w:tab w:val="left" w:pos="6890"/>
      </w:tabs>
      <w:spacing w:after="0"/>
      <w:ind w:right="-15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29"/>
    <w:multiLevelType w:val="hybridMultilevel"/>
    <w:tmpl w:val="DC867C18"/>
    <w:lvl w:ilvl="0" w:tplc="497C8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A991"/>
    <w:multiLevelType w:val="multilevel"/>
    <w:tmpl w:val="C28C090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576D6D"/>
    <w:multiLevelType w:val="hybridMultilevel"/>
    <w:tmpl w:val="87B4A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454581">
    <w:abstractNumId w:val="8"/>
  </w:num>
  <w:num w:numId="2" w16cid:durableId="1212495264">
    <w:abstractNumId w:val="6"/>
  </w:num>
  <w:num w:numId="3" w16cid:durableId="241531247">
    <w:abstractNumId w:val="5"/>
  </w:num>
  <w:num w:numId="4" w16cid:durableId="361327427">
    <w:abstractNumId w:val="4"/>
  </w:num>
  <w:num w:numId="5" w16cid:durableId="1391154283">
    <w:abstractNumId w:val="7"/>
  </w:num>
  <w:num w:numId="6" w16cid:durableId="197594103">
    <w:abstractNumId w:val="3"/>
  </w:num>
  <w:num w:numId="7" w16cid:durableId="966816074">
    <w:abstractNumId w:val="2"/>
  </w:num>
  <w:num w:numId="8" w16cid:durableId="1403521287">
    <w:abstractNumId w:val="1"/>
  </w:num>
  <w:num w:numId="9" w16cid:durableId="1298218160">
    <w:abstractNumId w:val="0"/>
  </w:num>
  <w:num w:numId="10" w16cid:durableId="1059592593">
    <w:abstractNumId w:val="9"/>
  </w:num>
  <w:num w:numId="11" w16cid:durableId="369380223">
    <w:abstractNumId w:val="11"/>
  </w:num>
  <w:num w:numId="12" w16cid:durableId="12025903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5316"/>
    <w:rsid w:val="00247EA3"/>
    <w:rsid w:val="0029639D"/>
    <w:rsid w:val="002C4E10"/>
    <w:rsid w:val="00326F90"/>
    <w:rsid w:val="004005F8"/>
    <w:rsid w:val="00465E6F"/>
    <w:rsid w:val="00477B9B"/>
    <w:rsid w:val="004C7344"/>
    <w:rsid w:val="007B6DEC"/>
    <w:rsid w:val="008C38CF"/>
    <w:rsid w:val="009777A9"/>
    <w:rsid w:val="009C767F"/>
    <w:rsid w:val="00A00992"/>
    <w:rsid w:val="00A61F41"/>
    <w:rsid w:val="00AA1D8D"/>
    <w:rsid w:val="00AA25E1"/>
    <w:rsid w:val="00AE0008"/>
    <w:rsid w:val="00B47730"/>
    <w:rsid w:val="00C30020"/>
    <w:rsid w:val="00C33337"/>
    <w:rsid w:val="00C37E7C"/>
    <w:rsid w:val="00CB0664"/>
    <w:rsid w:val="00CB7B1F"/>
    <w:rsid w:val="00D32C0B"/>
    <w:rsid w:val="00E16065"/>
    <w:rsid w:val="00EF4C82"/>
    <w:rsid w:val="00F04F31"/>
    <w:rsid w:val="00FC693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7741E3"/>
  <w14:defaultImageDpi w14:val="300"/>
  <w15:docId w15:val="{791888C1-CF37-4637-8B9A-817FA1D1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rstParagraph">
    <w:name w:val="First Paragraph"/>
    <w:basedOn w:val="BodyText"/>
    <w:next w:val="BodyText"/>
    <w:qFormat/>
    <w:rsid w:val="00F04F31"/>
    <w:pPr>
      <w:spacing w:before="180" w:after="180" w:line="240" w:lineRule="auto"/>
    </w:pPr>
    <w:rPr>
      <w:sz w:val="24"/>
      <w:szCs w:val="24"/>
      <w:lang w:eastAsia="zh-CN"/>
    </w:rPr>
  </w:style>
  <w:style w:type="paragraph" w:customStyle="1" w:styleId="Compact">
    <w:name w:val="Compact"/>
    <w:basedOn w:val="BodyText"/>
    <w:qFormat/>
    <w:rsid w:val="00F04F31"/>
    <w:pPr>
      <w:spacing w:before="36" w:after="36" w:line="240" w:lineRule="auto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C333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hua.o@markhautomobi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@markhinvestment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Joshua Oula</cp:lastModifiedBy>
  <cp:revision>7</cp:revision>
  <dcterms:created xsi:type="dcterms:W3CDTF">2026-08-12T11:38:00Z</dcterms:created>
  <dcterms:modified xsi:type="dcterms:W3CDTF">2026-08-14T08:14:00Z</dcterms:modified>
  <cp:category/>
</cp:coreProperties>
</file>